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עושה מה בעדר הזברות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התפקידים השונים בעדר זברות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איזו זברה אחראית על איזו 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שיתוף פעולה שומר על המשפחה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מיון תפקידים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(הזכר השליט)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ב (הסייח)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(אמא זברה)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מי עושה את זה?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הזכר השליט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הסייח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שומרות הלילה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חלק מתפקידו להגן על המשפחה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הן נשארות ערות כדי לשמור על האחרות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מניקה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הסייח נולד ועומד על רגליו אחרי דקות ספורות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אמא זברה שומרת עליו צמוד אליה ומניקה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אמא זברה מרחיקה זברות אחרות מהתינוק בימים הראשונים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הסייח לומד את הפסים הקול והריח של אמו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יסביר שחלוקת תפקידים עוזרת להגן על המשפחה, לדאוג לתינוקות ולהתריע מפני סכנה, וכך כל העדר שורד יחד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הזכר השליט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שומרות על העדר כשהאחרות נחות ומתריעות על סכנה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שהמשפחה תהיה מוגנת ותשרוד ביחד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בשאלה מי מכיר תפקידים דומים בבעלי חיים 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לחזק את ההבנה שכל תפקיד חשוב לקיום המשפחה כולה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לבצע את חלק המיון בעבודה בזוגות לפני המעבר לעבודה 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עושה מה בעדר הזברות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בעדר זברות לכל חיה יש תפקיד חשוב: הזכר השליט מוביל ומגן, אמא הזברה שומרת על הסייח, הסייח לומד להכיר את משפחתו, ושומרות הלילה שומרות על כולם.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מניקה  ·  זכר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מיון תפקידים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אוסף את בני המשפחה למרעה חדש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אמא זברה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לומד את הפסים הקול והריח של אמו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הסייח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שומרת עליו צמוד אליה ומניקה אותו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הזכר השליט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מי עושה את זה?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מגן על המשפחה בבעיטות ובנשיכות?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אמא זברה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הזכר השליט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הסייח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לומד להכיר את הפסים הקול והריח של אמו?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הסייח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הזכר השליט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שומרות הלילה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מי משמיעות קול אזהרה כשמבחינות בטורף?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הזכר השליט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אמא זברה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שומרות הלילה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הזכר השליט מגרש זכרים זרים מהמשפחה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שומרות הלילה ישנות כל הלילה בלי להתעורר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ה__________ השליט מוביל את המשפחה למרעה 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אמא זברה __________ את הסייח ושומרת עליו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אמא זברה מרחיקה זברות אחרות מהתינוק בימים הראשונים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הסייח לומד את הפסים הקול והריח של אמו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אמא זברה שומרת עליו צמוד אליה ומניקה אותו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הסייח נולד ועומד על רגליו אחרי דקות ספורות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בעשר מילים לפחות למה חשוב שלכל זברה בעדר יש תפקיד אחר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מוביל את המשפחה למרעה חדש?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עושות שומרות הלילה?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 עושה מה בעדר הזברות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