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מה בעדר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התפקידים השונים בעדר 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איזו זברה אחראית על איזו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שיתוף פעולה שומר על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(הזכר השליט)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(הסייח)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(אמא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(שומרות הלילה)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(הזכר השליט)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עושה את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הזכר השליט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שומרות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אמא 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אחרי דקות ספורות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חלק מתפקידו להגן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נשארות ערות כדי לשמור על האחרות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לומד גם את הפסים והריח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הסייח נולד ועומד על רגליו אחרי דקות ספורות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זברה שומרת עליו צמוד אליה ומניקה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 זברה מרחיקה זברות אחרות מהתינוק בימים הראשונים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הסייח לומד את הפסים הקול והריח של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הסייח מצטרף לשאר העדר ולומד להכיר את שומרות הלילה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שחלוקת תפקידים עוזרת להגן על המשפחה, לדאוג לתינוקות ולהתריע מפני סכנה, וכך כל העדר שורד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 השליט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שומרות על העדר כשהאחרות נחות ומתריעות על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שהמשפחה תהיה מוגנת ותשרוד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מי מכיר תפקידים דומים בבעלי חיים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ההבנה שכל תפקיד חשוב לקיום המשפחה כולה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המיון בעבודה בזוגות לפני המעבר לעבודה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מה בעדר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בקבוצת זברות כל זברה עושה משהו אחר. יש זברה שמובילה, יש זברה שמגנה על התינוק, ויש זברות ששומרות בלילה.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זברות שחיות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זברה קטנה וצעירה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שליט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הזכר הראשי שמוביל ומגן על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עשב שהזברות אוכלות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שתוקפת וטורפת חיות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שמודיע על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שומרות 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זברות ששומרות כשהאחרות נחות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אוסף את בני המשפחה למרעה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הסייח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לומד את הפסים הקול והריח של אמו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הזכר השליט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שומרת עליו צמוד אליה ומניקה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שומרות הלילה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מזיזות אוזניים וסורקות את השטח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הזכר השליט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מגרש זכרים זרים מהמשפחה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אמא זברה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עושה את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המשפחה עם בעיטות?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לומד להכיר את אמא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צועקת כשרואה סכנה?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שומרת שלא יתקרבו לתינוק?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לוקח לסייח לעמוד?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דקות ספורות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חודש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הזכר השליט מגרש זכרים זרים מהמשפחה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שומרות הלילה ישנות כל הלילה בלי להתעורר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לומד להכיר רק את הקול של אמו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זברה מניקה את הסייח ושומרת עליו צמוד אליה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השליט מוביל את המשפחה למרעה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אמא זברה __________ את הסייח ושומרת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שומרות ה__________ נשארות ערות כשהאחרות 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הזכר השליט מגן על המשפחה ב__________ ובנשיכות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מצטרף לשאר העדר ולומד להכיר את שומרות הלילה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זברה מרחיקה זברות אחרות מהתינוק בימים הראשונים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לומד את הפסים הקול והריח של 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נולד ועומד על רגליו אחרי דקות ספורות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זברה שומרת עליו צמוד אליה ומניקה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בעשר מילים לפחות למה חשוב שלכל זברה בעדר יש תפקיד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המשפחה למרעה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עושות שומרות הלילה?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זברה יש תפקיד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עושה מה בעדר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