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בעדר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זברה אחראית על איזו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שיתוף פעולה שומר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(הזכר השליט)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(הסייח)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(אמא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(שומרות הלילה)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(הזכר השליט)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הזכר השליט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אמא 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אחרי דקות ספורות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מתפקידו להגן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נשארות ערות כדי לשמור על 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לומד גם את הפסים והריח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 ועומד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זברה שומרת עליו צמוד אליה ומניקה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זברה מרחיקה זברות אחרות מהתינוק בימים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 הקול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הסייח מצטרף לשאר העדר ולומד להכיר את שומרות הלילה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שחלוקת תפקידים עוזרת להגן על המשפחה, לדאוג לתינוקות ולהתריע מפני סכנה, וכך כל העדר שורד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שומרות על העדר כשהאחרות נחות ומתריעות על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שהמשפחה תהיה מוגנת ותשרוד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מי מכיר תפקידים דומים בבעלי חיים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שכל תפקיד חשוב לקיום המשפחה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המיון בעבודה בזוגות לפני המעבר לעבודה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בעדר זברות לכל חיה יש תפקיד חשוב: הזכר השליט מוביל ומגן, אמא הזברה שומרת על הסייח, הסייח לומד להכיר את משפחתו, ושומרות הלילה שומרות על כולם.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אוסף את בני המשפחה למרעה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הזכר השליט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 את הפסים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שומרת עליו צמוד אליה ומניקה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שומרות הלילה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מזיזות אוזניים וסורקות את השטח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הזכר השליט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 זכרים זרים מהמשפחה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הסייח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מגן על המשפחה בבעיטות ובנשיכות?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לומד להכיר את הפסים הקול והריח של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משמיעות קול אזהרה כשמבחינות בטורף?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מרחיקה זברות אחרות מהתינוק בימים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תוך כמה זמן עומד הסייח על רגליו אחרי הלידה?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דקות ספורות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 השליט מגרש זכרים זרים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שומרות הלילה ישנות כל הלילה בלי להתעורר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להכיר רק את הקול של אמו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מניקה את הסייח ושומרת עליו צמוד אליה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השליט מוביל את המשפחה למרעה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זברה __________ את הסייח ושומרת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שומרות ה__________ נשארות ערות כשהאחרות 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הזכר השליט מגן על המשפחה ב__________ ובנשיכות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מצטרף לשאר העדר ולומד להכיר את שומרות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 ועומד על רגליו אחרי דקות ספורות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שומרת עליו צמוד אליה ומניקה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זברה מרחיקה זברות אחרות מהתינוק בימים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את הפסים הקול והריח של אמו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בעשר מילים לפחות למה חשוב שלכל זברה בעדר יש תפקיד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המשפחה למרעה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עושות שומרות הלילה?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זברה יש תפקיד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מה בעדר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